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70EFD" w14:textId="77777777" w:rsidR="00C94B39" w:rsidRPr="000C4CE0" w:rsidRDefault="00E23232" w:rsidP="00C94B39">
      <w:pPr>
        <w:spacing w:after="0" w:line="240" w:lineRule="auto"/>
        <w:ind w:left="6237"/>
        <w:rPr>
          <w:bCs/>
          <w:sz w:val="21"/>
        </w:rPr>
      </w:pPr>
      <w:r w:rsidRPr="000C4CE0">
        <w:rPr>
          <w:bCs/>
          <w:sz w:val="21"/>
        </w:rPr>
        <w:t xml:space="preserve">Spett.le </w:t>
      </w:r>
    </w:p>
    <w:p w14:paraId="7C7848A2" w14:textId="1C85D69D" w:rsidR="00646A74" w:rsidRPr="000C4CE0" w:rsidRDefault="00E23232" w:rsidP="00D14E28">
      <w:pPr>
        <w:spacing w:after="240"/>
        <w:ind w:left="6237"/>
      </w:pPr>
      <w:r w:rsidRPr="000C4CE0">
        <w:rPr>
          <w:b/>
          <w:sz w:val="21"/>
        </w:rPr>
        <w:t>COMUNE DI SOSPIROLO</w:t>
      </w:r>
      <w:r w:rsidRPr="000C4CE0">
        <w:rPr>
          <w:b/>
          <w:sz w:val="21"/>
        </w:rPr>
        <w:br/>
        <w:t>Via della Costituzione, n. 91</w:t>
      </w:r>
      <w:r w:rsidRPr="000C4CE0">
        <w:rPr>
          <w:b/>
          <w:sz w:val="21"/>
        </w:rPr>
        <w:br/>
        <w:t>32037 Sospirolo (BL)</w:t>
      </w:r>
      <w:r w:rsidRPr="000C4CE0">
        <w:rPr>
          <w:b/>
          <w:sz w:val="21"/>
        </w:rPr>
        <w:br/>
      </w:r>
      <w:r w:rsidRPr="000C4CE0">
        <w:rPr>
          <w:b/>
          <w:sz w:val="21"/>
        </w:rPr>
        <w:t>PEC: sospirolo.bl@cert.ip-veneto.net</w:t>
      </w:r>
    </w:p>
    <w:p w14:paraId="5F9A9469" w14:textId="77777777" w:rsidR="00D14E28" w:rsidRPr="000C4CE0" w:rsidRDefault="00D14E28">
      <w:pPr>
        <w:spacing w:before="120" w:after="360"/>
        <w:rPr>
          <w:b/>
          <w:color w:val="003366"/>
        </w:rPr>
      </w:pPr>
    </w:p>
    <w:p w14:paraId="4DD3900A" w14:textId="77777777" w:rsidR="00D14E28" w:rsidRPr="000C4CE0" w:rsidRDefault="00D14E28">
      <w:pPr>
        <w:spacing w:before="120" w:after="360"/>
        <w:rPr>
          <w:b/>
          <w:color w:val="003366"/>
        </w:rPr>
      </w:pPr>
    </w:p>
    <w:p w14:paraId="2D8765B0" w14:textId="51AD9E96" w:rsidR="00646A74" w:rsidRPr="000C4CE0" w:rsidRDefault="00E23232" w:rsidP="00D14E28">
      <w:pPr>
        <w:spacing w:before="120" w:after="360"/>
        <w:jc w:val="both"/>
      </w:pPr>
      <w:r w:rsidRPr="000C4CE0">
        <w:rPr>
          <w:b/>
          <w:color w:val="003366"/>
        </w:rPr>
        <w:t xml:space="preserve">OGGETTO: </w:t>
      </w:r>
      <w:r w:rsidRPr="000C4CE0">
        <w:rPr>
          <w:b/>
        </w:rPr>
        <w:t xml:space="preserve">MODULO DI PRESENTAZIONE DEL PREVENTIVO PER </w:t>
      </w:r>
      <w:r w:rsidR="00D14E28" w:rsidRPr="000C4CE0">
        <w:rPr>
          <w:b/>
        </w:rPr>
        <w:t>L’EVENTUALE AFFIDAMENTO DIRETTO AI SENSI DELL’ART. 50, COMMA 1, LETTERA B), DEL D.LGS. 36/2023 DEL SERVIZIO DI PULIZIA DELLA PALESTRA COMUNALE</w:t>
      </w:r>
      <w:r w:rsidRPr="000C4CE0">
        <w:rPr>
          <w:b/>
        </w:rPr>
        <w:t>.</w:t>
      </w:r>
    </w:p>
    <w:p w14:paraId="17B23FCD" w14:textId="77777777" w:rsidR="00F97A10" w:rsidRDefault="00E23232" w:rsidP="00185C52">
      <w:pPr>
        <w:jc w:val="both"/>
      </w:pPr>
      <w:r w:rsidRPr="000C4CE0">
        <w:t>Il</w:t>
      </w:r>
      <w:r w:rsidRPr="000C4CE0">
        <w:t xml:space="preserve"> sottoscritto</w:t>
      </w:r>
      <w:r w:rsidRPr="000C4CE0">
        <w:t xml:space="preserve">, in qualità </w:t>
      </w:r>
      <w:r w:rsidR="00E034FE" w:rsidRPr="000C4CE0">
        <w:t>di libero professionista</w:t>
      </w:r>
      <w:r w:rsidR="00E034FE" w:rsidRPr="000C4CE0">
        <w:t xml:space="preserve"> </w:t>
      </w:r>
      <w:r w:rsidR="00E034FE">
        <w:t xml:space="preserve">/ </w:t>
      </w:r>
      <w:r w:rsidRPr="000C4CE0">
        <w:t xml:space="preserve">titolare </w:t>
      </w:r>
      <w:r w:rsidR="00E034FE">
        <w:t xml:space="preserve">o </w:t>
      </w:r>
      <w:r w:rsidRPr="000C4CE0">
        <w:t xml:space="preserve">legale rappresentante </w:t>
      </w:r>
      <w:r w:rsidR="005224BA" w:rsidRPr="000C4CE0">
        <w:t>dell'Operatore Economico sotto indicato</w:t>
      </w:r>
      <w:r w:rsidRPr="000C4CE0">
        <w:t xml:space="preserve">, ai sensi degli artt. 46 e 47 del D.P.R. 445/2000, consapevole delle sanzioni penali previste in caso di dichiarazioni mendaci, </w:t>
      </w:r>
    </w:p>
    <w:p w14:paraId="7969014E" w14:textId="2C466B0C" w:rsidR="00646A74" w:rsidRPr="000C4CE0" w:rsidRDefault="00F97A10" w:rsidP="00F97A10">
      <w:pPr>
        <w:jc w:val="center"/>
      </w:pPr>
      <w:r w:rsidRPr="000C4CE0">
        <w:t xml:space="preserve">DICHIARA </w:t>
      </w:r>
      <w:r w:rsidR="007B19B1">
        <w:t>quanto segue</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3744"/>
        <w:gridCol w:w="6048"/>
      </w:tblGrid>
      <w:tr w:rsidR="00646A74" w:rsidRPr="000C4CE0" w14:paraId="7A38F31E" w14:textId="77777777">
        <w:trPr>
          <w:jc w:val="center"/>
        </w:trPr>
        <w:tc>
          <w:tcPr>
            <w:tcW w:w="3744" w:type="dxa"/>
            <w:shd w:val="clear" w:color="auto" w:fill="F4F6F8"/>
            <w:tcMar>
              <w:top w:w="80" w:type="dxa"/>
              <w:left w:w="100" w:type="dxa"/>
              <w:bottom w:w="80" w:type="dxa"/>
              <w:right w:w="100" w:type="dxa"/>
            </w:tcMar>
          </w:tcPr>
          <w:p w14:paraId="4C641268" w14:textId="77777777" w:rsidR="00646A74" w:rsidRPr="000C4CE0" w:rsidRDefault="00E23232">
            <w:r w:rsidRPr="000C4CE0">
              <w:rPr>
                <w:b/>
                <w:sz w:val="20"/>
              </w:rPr>
              <w:t>Cognome e Nome / Ragione Sociale:</w:t>
            </w:r>
          </w:p>
        </w:tc>
        <w:tc>
          <w:tcPr>
            <w:tcW w:w="6048" w:type="dxa"/>
            <w:tcMar>
              <w:top w:w="80" w:type="dxa"/>
              <w:left w:w="100" w:type="dxa"/>
              <w:bottom w:w="80" w:type="dxa"/>
              <w:right w:w="100" w:type="dxa"/>
            </w:tcMar>
          </w:tcPr>
          <w:p w14:paraId="36231066" w14:textId="77777777" w:rsidR="00646A74" w:rsidRPr="000C4CE0" w:rsidRDefault="00646A74"/>
        </w:tc>
      </w:tr>
      <w:tr w:rsidR="00185C52" w:rsidRPr="000C4CE0" w14:paraId="0F24E6B6" w14:textId="77777777">
        <w:trPr>
          <w:jc w:val="center"/>
        </w:trPr>
        <w:tc>
          <w:tcPr>
            <w:tcW w:w="3744" w:type="dxa"/>
            <w:shd w:val="clear" w:color="auto" w:fill="F4F6F8"/>
            <w:tcMar>
              <w:top w:w="80" w:type="dxa"/>
              <w:left w:w="100" w:type="dxa"/>
              <w:bottom w:w="80" w:type="dxa"/>
              <w:right w:w="100" w:type="dxa"/>
            </w:tcMar>
          </w:tcPr>
          <w:p w14:paraId="575E352D" w14:textId="37AC86C6" w:rsidR="00185C52" w:rsidRPr="000C4CE0" w:rsidRDefault="00185C52">
            <w:pPr>
              <w:rPr>
                <w:b/>
                <w:sz w:val="20"/>
              </w:rPr>
            </w:pPr>
            <w:r w:rsidRPr="000C4CE0">
              <w:rPr>
                <w:b/>
                <w:sz w:val="20"/>
              </w:rPr>
              <w:t>Nato:</w:t>
            </w:r>
          </w:p>
        </w:tc>
        <w:tc>
          <w:tcPr>
            <w:tcW w:w="6048" w:type="dxa"/>
            <w:tcMar>
              <w:top w:w="80" w:type="dxa"/>
              <w:left w:w="100" w:type="dxa"/>
              <w:bottom w:w="80" w:type="dxa"/>
              <w:right w:w="100" w:type="dxa"/>
            </w:tcMar>
          </w:tcPr>
          <w:p w14:paraId="542AF5CF" w14:textId="36390D43" w:rsidR="00185C52" w:rsidRPr="000C4CE0" w:rsidRDefault="00185C52">
            <w:r w:rsidRPr="000C4CE0">
              <w:t>a ________________________ il _____________</w:t>
            </w:r>
          </w:p>
        </w:tc>
      </w:tr>
      <w:tr w:rsidR="00646A74" w:rsidRPr="000C4CE0" w14:paraId="2FB3B2A1" w14:textId="77777777">
        <w:trPr>
          <w:jc w:val="center"/>
        </w:trPr>
        <w:tc>
          <w:tcPr>
            <w:tcW w:w="3744" w:type="dxa"/>
            <w:shd w:val="clear" w:color="auto" w:fill="F4F6F8"/>
            <w:tcMar>
              <w:top w:w="80" w:type="dxa"/>
              <w:left w:w="100" w:type="dxa"/>
              <w:bottom w:w="80" w:type="dxa"/>
              <w:right w:w="100" w:type="dxa"/>
            </w:tcMar>
          </w:tcPr>
          <w:p w14:paraId="75D3AC79" w14:textId="77777777" w:rsidR="00646A74" w:rsidRPr="000C4CE0" w:rsidRDefault="00E23232">
            <w:r w:rsidRPr="000C4CE0">
              <w:rPr>
                <w:b/>
                <w:sz w:val="20"/>
              </w:rPr>
              <w:t>Codice Fiscale:</w:t>
            </w:r>
          </w:p>
        </w:tc>
        <w:tc>
          <w:tcPr>
            <w:tcW w:w="6048" w:type="dxa"/>
            <w:tcMar>
              <w:top w:w="80" w:type="dxa"/>
              <w:left w:w="100" w:type="dxa"/>
              <w:bottom w:w="80" w:type="dxa"/>
              <w:right w:w="100" w:type="dxa"/>
            </w:tcMar>
          </w:tcPr>
          <w:p w14:paraId="548C916C" w14:textId="77777777" w:rsidR="00646A74" w:rsidRPr="000C4CE0" w:rsidRDefault="00646A74"/>
        </w:tc>
      </w:tr>
      <w:tr w:rsidR="00646A74" w:rsidRPr="000C4CE0" w14:paraId="08E138A6" w14:textId="77777777">
        <w:trPr>
          <w:jc w:val="center"/>
        </w:trPr>
        <w:tc>
          <w:tcPr>
            <w:tcW w:w="3744" w:type="dxa"/>
            <w:shd w:val="clear" w:color="auto" w:fill="F4F6F8"/>
            <w:tcMar>
              <w:top w:w="80" w:type="dxa"/>
              <w:left w:w="100" w:type="dxa"/>
              <w:bottom w:w="80" w:type="dxa"/>
              <w:right w:w="100" w:type="dxa"/>
            </w:tcMar>
          </w:tcPr>
          <w:p w14:paraId="1BD88E87" w14:textId="77777777" w:rsidR="00646A74" w:rsidRPr="000C4CE0" w:rsidRDefault="00E23232">
            <w:r w:rsidRPr="000C4CE0">
              <w:rPr>
                <w:b/>
                <w:sz w:val="20"/>
              </w:rPr>
              <w:t>Partita IVA (obbligatoria):</w:t>
            </w:r>
          </w:p>
        </w:tc>
        <w:tc>
          <w:tcPr>
            <w:tcW w:w="6048" w:type="dxa"/>
            <w:tcMar>
              <w:top w:w="80" w:type="dxa"/>
              <w:left w:w="100" w:type="dxa"/>
              <w:bottom w:w="80" w:type="dxa"/>
              <w:right w:w="100" w:type="dxa"/>
            </w:tcMar>
          </w:tcPr>
          <w:p w14:paraId="5DE081D2" w14:textId="77777777" w:rsidR="00646A74" w:rsidRPr="000C4CE0" w:rsidRDefault="00646A74"/>
        </w:tc>
      </w:tr>
      <w:tr w:rsidR="00646A74" w:rsidRPr="000C4CE0" w14:paraId="7673B8FE" w14:textId="77777777">
        <w:trPr>
          <w:jc w:val="center"/>
        </w:trPr>
        <w:tc>
          <w:tcPr>
            <w:tcW w:w="3744" w:type="dxa"/>
            <w:shd w:val="clear" w:color="auto" w:fill="F4F6F8"/>
            <w:tcMar>
              <w:top w:w="80" w:type="dxa"/>
              <w:left w:w="100" w:type="dxa"/>
              <w:bottom w:w="80" w:type="dxa"/>
              <w:right w:w="100" w:type="dxa"/>
            </w:tcMar>
          </w:tcPr>
          <w:p w14:paraId="4346E63C" w14:textId="77777777" w:rsidR="00646A74" w:rsidRPr="000C4CE0" w:rsidRDefault="00E23232">
            <w:r w:rsidRPr="000C4CE0">
              <w:rPr>
                <w:b/>
                <w:sz w:val="20"/>
              </w:rPr>
              <w:t>Indirizzo Sede / Residenza:</w:t>
            </w:r>
          </w:p>
        </w:tc>
        <w:tc>
          <w:tcPr>
            <w:tcW w:w="6048" w:type="dxa"/>
            <w:tcMar>
              <w:top w:w="80" w:type="dxa"/>
              <w:left w:w="100" w:type="dxa"/>
              <w:bottom w:w="80" w:type="dxa"/>
              <w:right w:w="100" w:type="dxa"/>
            </w:tcMar>
          </w:tcPr>
          <w:p w14:paraId="11FB72E7" w14:textId="77777777" w:rsidR="00646A74" w:rsidRPr="000C4CE0" w:rsidRDefault="00E23232">
            <w:r w:rsidRPr="000C4CE0">
              <w:rPr>
                <w:sz w:val="20"/>
              </w:rPr>
              <w:t>Via/Piazza ___________________________ n. ___ - CAP ______ Città _______________ (___)</w:t>
            </w:r>
          </w:p>
        </w:tc>
      </w:tr>
      <w:tr w:rsidR="00646A74" w:rsidRPr="000C4CE0" w14:paraId="579185D3" w14:textId="77777777">
        <w:trPr>
          <w:jc w:val="center"/>
        </w:trPr>
        <w:tc>
          <w:tcPr>
            <w:tcW w:w="3744" w:type="dxa"/>
            <w:shd w:val="clear" w:color="auto" w:fill="F4F6F8"/>
            <w:tcMar>
              <w:top w:w="80" w:type="dxa"/>
              <w:left w:w="100" w:type="dxa"/>
              <w:bottom w:w="80" w:type="dxa"/>
              <w:right w:w="100" w:type="dxa"/>
            </w:tcMar>
          </w:tcPr>
          <w:p w14:paraId="508CE780" w14:textId="77777777" w:rsidR="00646A74" w:rsidRPr="000C4CE0" w:rsidRDefault="00E23232">
            <w:r w:rsidRPr="000C4CE0">
              <w:rPr>
                <w:b/>
                <w:sz w:val="20"/>
              </w:rPr>
              <w:t>Recapito Telefonico / Cellulare:</w:t>
            </w:r>
          </w:p>
        </w:tc>
        <w:tc>
          <w:tcPr>
            <w:tcW w:w="6048" w:type="dxa"/>
            <w:tcMar>
              <w:top w:w="80" w:type="dxa"/>
              <w:left w:w="100" w:type="dxa"/>
              <w:bottom w:w="80" w:type="dxa"/>
              <w:right w:w="100" w:type="dxa"/>
            </w:tcMar>
          </w:tcPr>
          <w:p w14:paraId="489A03D3" w14:textId="77777777" w:rsidR="00646A74" w:rsidRPr="000C4CE0" w:rsidRDefault="00646A74"/>
        </w:tc>
      </w:tr>
      <w:tr w:rsidR="00185C52" w:rsidRPr="000C4CE0" w14:paraId="632E8BD6" w14:textId="77777777">
        <w:trPr>
          <w:jc w:val="center"/>
        </w:trPr>
        <w:tc>
          <w:tcPr>
            <w:tcW w:w="3744" w:type="dxa"/>
            <w:shd w:val="clear" w:color="auto" w:fill="F4F6F8"/>
            <w:tcMar>
              <w:top w:w="80" w:type="dxa"/>
              <w:left w:w="100" w:type="dxa"/>
              <w:bottom w:w="80" w:type="dxa"/>
              <w:right w:w="100" w:type="dxa"/>
            </w:tcMar>
          </w:tcPr>
          <w:p w14:paraId="54653465" w14:textId="0BE67DEE" w:rsidR="00185C52" w:rsidRPr="000C4CE0" w:rsidRDefault="00185C52">
            <w:pPr>
              <w:rPr>
                <w:b/>
                <w:sz w:val="20"/>
              </w:rPr>
            </w:pPr>
            <w:r w:rsidRPr="000C4CE0">
              <w:rPr>
                <w:b/>
                <w:sz w:val="20"/>
              </w:rPr>
              <w:t xml:space="preserve">Indirizzo </w:t>
            </w:r>
            <w:r w:rsidRPr="000C4CE0">
              <w:rPr>
                <w:b/>
                <w:sz w:val="20"/>
              </w:rPr>
              <w:t>email:</w:t>
            </w:r>
          </w:p>
        </w:tc>
        <w:tc>
          <w:tcPr>
            <w:tcW w:w="6048" w:type="dxa"/>
            <w:tcMar>
              <w:top w:w="80" w:type="dxa"/>
              <w:left w:w="100" w:type="dxa"/>
              <w:bottom w:w="80" w:type="dxa"/>
              <w:right w:w="100" w:type="dxa"/>
            </w:tcMar>
          </w:tcPr>
          <w:p w14:paraId="4997E4BA" w14:textId="77777777" w:rsidR="00185C52" w:rsidRPr="000C4CE0" w:rsidRDefault="00185C52"/>
        </w:tc>
      </w:tr>
      <w:tr w:rsidR="00646A74" w:rsidRPr="000C4CE0" w14:paraId="47850EE7" w14:textId="77777777">
        <w:trPr>
          <w:jc w:val="center"/>
        </w:trPr>
        <w:tc>
          <w:tcPr>
            <w:tcW w:w="3744" w:type="dxa"/>
            <w:shd w:val="clear" w:color="auto" w:fill="F4F6F8"/>
            <w:tcMar>
              <w:top w:w="80" w:type="dxa"/>
              <w:left w:w="100" w:type="dxa"/>
              <w:bottom w:w="80" w:type="dxa"/>
              <w:right w:w="100" w:type="dxa"/>
            </w:tcMar>
          </w:tcPr>
          <w:p w14:paraId="04C7D722" w14:textId="3C5E621B" w:rsidR="00646A74" w:rsidRPr="000C4CE0" w:rsidRDefault="00E23232">
            <w:r w:rsidRPr="000C4CE0">
              <w:rPr>
                <w:b/>
                <w:sz w:val="20"/>
              </w:rPr>
              <w:t>Indirizzo PEC</w:t>
            </w:r>
            <w:r w:rsidR="00185C52" w:rsidRPr="000C4CE0">
              <w:rPr>
                <w:b/>
                <w:sz w:val="20"/>
              </w:rPr>
              <w:t>:</w:t>
            </w:r>
          </w:p>
        </w:tc>
        <w:tc>
          <w:tcPr>
            <w:tcW w:w="6048" w:type="dxa"/>
            <w:tcMar>
              <w:top w:w="80" w:type="dxa"/>
              <w:left w:w="100" w:type="dxa"/>
              <w:bottom w:w="80" w:type="dxa"/>
              <w:right w:w="100" w:type="dxa"/>
            </w:tcMar>
          </w:tcPr>
          <w:p w14:paraId="0194E0E9" w14:textId="77777777" w:rsidR="00646A74" w:rsidRPr="000C4CE0" w:rsidRDefault="00646A74"/>
        </w:tc>
      </w:tr>
    </w:tbl>
    <w:p w14:paraId="56999FF7" w14:textId="77777777" w:rsidR="00646A74" w:rsidRPr="000C4CE0" w:rsidRDefault="00646A74">
      <w:pPr>
        <w:spacing w:after="120"/>
      </w:pPr>
    </w:p>
    <w:p w14:paraId="18ACE368" w14:textId="72D12CA5" w:rsidR="00646A74" w:rsidRPr="000C4CE0" w:rsidRDefault="007B19B1" w:rsidP="007B19B1">
      <w:pPr>
        <w:pStyle w:val="Puntoelenco"/>
        <w:spacing w:after="80"/>
        <w:jc w:val="both"/>
      </w:pPr>
      <w:r>
        <w:t>d</w:t>
      </w:r>
      <w:r w:rsidRPr="007B19B1">
        <w:rPr>
          <w:sz w:val="20"/>
        </w:rPr>
        <w:t>i a</w:t>
      </w:r>
      <w:r w:rsidR="00E23232" w:rsidRPr="007B19B1">
        <w:rPr>
          <w:sz w:val="20"/>
        </w:rPr>
        <w:t xml:space="preserve">vere preso piena ed integrale visione dell'Avviso Esplorativo </w:t>
      </w:r>
      <w:r w:rsidR="00DE5A16">
        <w:rPr>
          <w:sz w:val="20"/>
        </w:rPr>
        <w:t xml:space="preserve">prot. </w:t>
      </w:r>
      <w:r w:rsidR="00E23232" w:rsidRPr="00E23232">
        <w:rPr>
          <w:sz w:val="20"/>
        </w:rPr>
        <w:t>8370</w:t>
      </w:r>
      <w:r w:rsidR="00E23232" w:rsidRPr="00E23232">
        <w:rPr>
          <w:sz w:val="20"/>
        </w:rPr>
        <w:t xml:space="preserve"> </w:t>
      </w:r>
      <w:r w:rsidR="00DE5A16">
        <w:rPr>
          <w:sz w:val="20"/>
        </w:rPr>
        <w:t xml:space="preserve">del </w:t>
      </w:r>
      <w:r w:rsidR="00E23232">
        <w:rPr>
          <w:sz w:val="20"/>
        </w:rPr>
        <w:t>07.10.2026</w:t>
      </w:r>
      <w:r w:rsidR="00DE5A16">
        <w:rPr>
          <w:sz w:val="20"/>
        </w:rPr>
        <w:t xml:space="preserve"> </w:t>
      </w:r>
      <w:r w:rsidR="00E23232" w:rsidRPr="007B19B1">
        <w:rPr>
          <w:sz w:val="20"/>
        </w:rPr>
        <w:t xml:space="preserve">pubblicato </w:t>
      </w:r>
      <w:r w:rsidR="00E10451">
        <w:rPr>
          <w:sz w:val="20"/>
        </w:rPr>
        <w:t xml:space="preserve">all’albo online e sul sito </w:t>
      </w:r>
      <w:r w:rsidR="00E23232" w:rsidRPr="007B19B1">
        <w:rPr>
          <w:sz w:val="20"/>
        </w:rPr>
        <w:t>d</w:t>
      </w:r>
      <w:r w:rsidR="00E10451">
        <w:rPr>
          <w:sz w:val="20"/>
        </w:rPr>
        <w:t>e</w:t>
      </w:r>
      <w:r w:rsidR="00E23232" w:rsidRPr="007B19B1">
        <w:rPr>
          <w:sz w:val="20"/>
        </w:rPr>
        <w:t>l Comune di Sospirolo e di accettarne incondizionatamente e integralmente i contenuti, i termini e le condizioni.</w:t>
      </w:r>
    </w:p>
    <w:p w14:paraId="3A8365BE" w14:textId="58D9F00C" w:rsidR="00646A74" w:rsidRPr="000C4CE0" w:rsidRDefault="007B19B1" w:rsidP="006C7CD9">
      <w:pPr>
        <w:pStyle w:val="Puntoelenco"/>
        <w:spacing w:after="80"/>
        <w:jc w:val="both"/>
      </w:pPr>
      <w:r>
        <w:rPr>
          <w:sz w:val="20"/>
        </w:rPr>
        <w:lastRenderedPageBreak/>
        <w:t>di r</w:t>
      </w:r>
      <w:r w:rsidR="00E23232" w:rsidRPr="000C4CE0">
        <w:rPr>
          <w:sz w:val="20"/>
        </w:rPr>
        <w:t>iconoscere che il presente preventivo ha valore esclusivamente esplorativo</w:t>
      </w:r>
      <w:r w:rsidR="00CA346B">
        <w:rPr>
          <w:sz w:val="20"/>
        </w:rPr>
        <w:t>, non comporterà la</w:t>
      </w:r>
      <w:r w:rsidR="00CF00EA" w:rsidRPr="00CF00EA">
        <w:rPr>
          <w:sz w:val="20"/>
        </w:rPr>
        <w:t xml:space="preserve"> formazione di graduatorie o attribuzione di punteggi o altre classificazioni di merito</w:t>
      </w:r>
      <w:r w:rsidR="00CF00EA">
        <w:rPr>
          <w:sz w:val="20"/>
        </w:rPr>
        <w:t>,</w:t>
      </w:r>
      <w:r w:rsidR="00E23232" w:rsidRPr="000C4CE0">
        <w:rPr>
          <w:sz w:val="20"/>
        </w:rPr>
        <w:t xml:space="preserve"> e che non vincola in alcun modo l'Amministrazione Comunale all'affidamento del servizio.</w:t>
      </w:r>
    </w:p>
    <w:p w14:paraId="3C4F7895" w14:textId="77777777" w:rsidR="00646A74" w:rsidRPr="000C4CE0" w:rsidRDefault="00E23232" w:rsidP="00335378">
      <w:pPr>
        <w:jc w:val="both"/>
      </w:pPr>
      <w:r w:rsidRPr="000C4CE0">
        <w:t>Il sottoscritto propone per il servizio in oggetto il seguente corrispettivo orario, omnicomprensivo di ogni onere necessario per la corretta ed impeccabile esecuzione della prestazione:</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4320"/>
        <w:gridCol w:w="5472"/>
      </w:tblGrid>
      <w:tr w:rsidR="00646A74" w:rsidRPr="000C4CE0" w14:paraId="14959A7A" w14:textId="77777777">
        <w:trPr>
          <w:jc w:val="center"/>
        </w:trPr>
        <w:tc>
          <w:tcPr>
            <w:tcW w:w="4320" w:type="dxa"/>
            <w:shd w:val="clear" w:color="auto" w:fill="F4F6F8"/>
            <w:tcMar>
              <w:top w:w="100" w:type="dxa"/>
              <w:left w:w="100" w:type="dxa"/>
              <w:bottom w:w="100" w:type="dxa"/>
              <w:right w:w="100" w:type="dxa"/>
            </w:tcMar>
          </w:tcPr>
          <w:p w14:paraId="4FD1B2DC" w14:textId="471C84B9" w:rsidR="00646A74" w:rsidRPr="000C4CE0" w:rsidRDefault="00E23232">
            <w:r w:rsidRPr="000C4CE0">
              <w:rPr>
                <w:b/>
                <w:sz w:val="20"/>
              </w:rPr>
              <w:t>PREZZO ORARIO RICHIESTO</w:t>
            </w:r>
            <w:r w:rsidRPr="000C4CE0">
              <w:rPr>
                <w:b/>
                <w:sz w:val="20"/>
              </w:rPr>
              <w:t>:</w:t>
            </w:r>
          </w:p>
        </w:tc>
        <w:tc>
          <w:tcPr>
            <w:tcW w:w="5472" w:type="dxa"/>
            <w:tcMar>
              <w:top w:w="100" w:type="dxa"/>
              <w:left w:w="100" w:type="dxa"/>
              <w:bottom w:w="100" w:type="dxa"/>
              <w:right w:w="100" w:type="dxa"/>
            </w:tcMar>
          </w:tcPr>
          <w:p w14:paraId="3AC78DBF" w14:textId="52A66D04" w:rsidR="00646A74" w:rsidRPr="000C4CE0" w:rsidRDefault="00E23232">
            <w:r w:rsidRPr="000C4CE0">
              <w:rPr>
                <w:sz w:val="20"/>
              </w:rPr>
              <w:t>€ ___________</w:t>
            </w:r>
            <w:r w:rsidRPr="000C4CE0">
              <w:rPr>
                <w:sz w:val="20"/>
              </w:rPr>
              <w:t xml:space="preserve"> / ora</w:t>
            </w:r>
          </w:p>
        </w:tc>
      </w:tr>
      <w:tr w:rsidR="00646A74" w:rsidRPr="000C4CE0" w14:paraId="36B09EF3" w14:textId="77777777">
        <w:trPr>
          <w:jc w:val="center"/>
        </w:trPr>
        <w:tc>
          <w:tcPr>
            <w:tcW w:w="4320" w:type="dxa"/>
            <w:shd w:val="clear" w:color="auto" w:fill="F4F6F8"/>
            <w:tcMar>
              <w:top w:w="100" w:type="dxa"/>
              <w:left w:w="100" w:type="dxa"/>
              <w:bottom w:w="100" w:type="dxa"/>
              <w:right w:w="100" w:type="dxa"/>
            </w:tcMar>
          </w:tcPr>
          <w:p w14:paraId="48557614" w14:textId="77777777" w:rsidR="00646A74" w:rsidRPr="000C4CE0" w:rsidRDefault="00E23232">
            <w:r w:rsidRPr="000C4CE0">
              <w:rPr>
                <w:b/>
                <w:sz w:val="20"/>
              </w:rPr>
              <w:t>REGIME IVA APPLICABILE:</w:t>
            </w:r>
          </w:p>
        </w:tc>
        <w:tc>
          <w:tcPr>
            <w:tcW w:w="5472" w:type="dxa"/>
            <w:tcMar>
              <w:top w:w="100" w:type="dxa"/>
              <w:left w:w="100" w:type="dxa"/>
              <w:bottom w:w="100" w:type="dxa"/>
              <w:right w:w="100" w:type="dxa"/>
            </w:tcMar>
          </w:tcPr>
          <w:p w14:paraId="119FB35D" w14:textId="108CCD1F" w:rsidR="00646A74" w:rsidRPr="000C4CE0" w:rsidRDefault="00E23232">
            <w:r w:rsidRPr="000C4CE0">
              <w:rPr>
                <w:sz w:val="20"/>
              </w:rPr>
              <w:t xml:space="preserve">[ </w:t>
            </w:r>
            <w:r w:rsidR="00335378">
              <w:rPr>
                <w:sz w:val="20"/>
              </w:rPr>
              <w:t xml:space="preserve"> </w:t>
            </w:r>
            <w:r w:rsidRPr="000C4CE0">
              <w:rPr>
                <w:sz w:val="20"/>
              </w:rPr>
              <w:t xml:space="preserve"> ] Soggetto ad IVA nella misura del _______ %</w:t>
            </w:r>
            <w:r w:rsidRPr="000C4CE0">
              <w:rPr>
                <w:sz w:val="20"/>
              </w:rPr>
              <w:br/>
              <w:t xml:space="preserve">[  </w:t>
            </w:r>
            <w:r w:rsidR="00335378">
              <w:rPr>
                <w:sz w:val="20"/>
              </w:rPr>
              <w:t xml:space="preserve"> </w:t>
            </w:r>
            <w:r w:rsidRPr="000C4CE0">
              <w:rPr>
                <w:sz w:val="20"/>
              </w:rPr>
              <w:t>] Esente / Fuori campo IVA (es. regime forfettario/minimi)</w:t>
            </w:r>
          </w:p>
        </w:tc>
      </w:tr>
    </w:tbl>
    <w:p w14:paraId="3106CDB7" w14:textId="49FFFCE5" w:rsidR="004373EA" w:rsidRPr="004373EA" w:rsidRDefault="004373EA" w:rsidP="004373EA">
      <w:pPr>
        <w:spacing w:before="200"/>
        <w:jc w:val="both"/>
      </w:pPr>
      <w:r>
        <w:t xml:space="preserve">In caso di applicazione del regime IVA la fattura sarà soggetta al meccanismo del </w:t>
      </w:r>
      <w:r w:rsidRPr="00CA346B">
        <w:rPr>
          <w:i/>
          <w:iCs/>
        </w:rPr>
        <w:t>reverse charge</w:t>
      </w:r>
      <w:r>
        <w:t>.</w:t>
      </w:r>
    </w:p>
    <w:p w14:paraId="30CE918B" w14:textId="0EFB6F86" w:rsidR="00646A74" w:rsidRPr="009F1EBC" w:rsidRDefault="00E23232">
      <w:pPr>
        <w:spacing w:before="320" w:after="120"/>
        <w:rPr>
          <w:color w:val="auto"/>
        </w:rPr>
      </w:pPr>
      <w:r w:rsidRPr="009F1EBC">
        <w:rPr>
          <w:b/>
          <w:color w:val="auto"/>
        </w:rPr>
        <w:t>INFORMATIVA SUL TRATTAMENTO DEI DATI PERSONALI (GDPR)</w:t>
      </w:r>
    </w:p>
    <w:p w14:paraId="7FB23CFC" w14:textId="77777777" w:rsidR="00646A74" w:rsidRPr="000C4CE0" w:rsidRDefault="00E23232" w:rsidP="00D42327">
      <w:pPr>
        <w:spacing w:after="240"/>
        <w:jc w:val="both"/>
      </w:pPr>
      <w:r w:rsidRPr="000C4CE0">
        <w:rPr>
          <w:color w:val="505A64"/>
          <w:sz w:val="19"/>
        </w:rPr>
        <w:t>I dati personali forniti con la presente dichiarazione saranno trattati dal Comune di Sospirolo (Titolare del trattamento) esclusivamente per le finalità legate alla gestione dell'Avviso Esplorativo, alla verifica dei requisiti ed all'eventuale successivo affidamento, in conformità al Regolamento (UE) 2016/679 (GDPR) e alla normativa vigente. Il sottoscritto dichiara di aver preso visione della relativa informativa contenuta nell'Avviso.</w:t>
      </w:r>
    </w:p>
    <w:tbl>
      <w:tblPr>
        <w:tblW w:w="0" w:type="auto"/>
        <w:jc w:val="center"/>
        <w:tblLook w:val="04A0" w:firstRow="1" w:lastRow="0" w:firstColumn="1" w:lastColumn="0" w:noHBand="0" w:noVBand="1"/>
      </w:tblPr>
      <w:tblGrid>
        <w:gridCol w:w="5296"/>
        <w:gridCol w:w="4538"/>
      </w:tblGrid>
      <w:tr w:rsidR="00646A74" w:rsidRPr="000C4CE0" w14:paraId="3B450B3A" w14:textId="77777777" w:rsidTr="006A233E">
        <w:trPr>
          <w:jc w:val="center"/>
        </w:trPr>
        <w:tc>
          <w:tcPr>
            <w:tcW w:w="5296" w:type="dxa"/>
          </w:tcPr>
          <w:p w14:paraId="24113BC1" w14:textId="1FAA4F76" w:rsidR="00646A74" w:rsidRPr="000C4CE0" w:rsidRDefault="00E23232">
            <w:r w:rsidRPr="000C4CE0">
              <w:rPr>
                <w:sz w:val="20"/>
              </w:rPr>
              <w:t>Luogo e Data:</w:t>
            </w:r>
            <w:r w:rsidRPr="000C4CE0">
              <w:rPr>
                <w:sz w:val="20"/>
              </w:rPr>
              <w:br/>
            </w:r>
            <w:r w:rsidRPr="000C4CE0">
              <w:rPr>
                <w:sz w:val="20"/>
              </w:rPr>
              <w:br/>
              <w:t xml:space="preserve">_______________________, </w:t>
            </w:r>
            <w:r w:rsidR="00CA346B">
              <w:rPr>
                <w:sz w:val="20"/>
              </w:rPr>
              <w:t>_______________</w:t>
            </w:r>
          </w:p>
        </w:tc>
        <w:tc>
          <w:tcPr>
            <w:tcW w:w="4538" w:type="dxa"/>
          </w:tcPr>
          <w:p w14:paraId="442E321B" w14:textId="7A99B17A" w:rsidR="00646A74" w:rsidRPr="000C4CE0" w:rsidRDefault="00E23232" w:rsidP="006A233E">
            <w:pPr>
              <w:jc w:val="center"/>
            </w:pPr>
            <w:r w:rsidRPr="000C4CE0">
              <w:rPr>
                <w:sz w:val="20"/>
              </w:rPr>
              <w:t>Il Dichiarante</w:t>
            </w:r>
            <w:r w:rsidRPr="000C4CE0">
              <w:rPr>
                <w:sz w:val="20"/>
              </w:rPr>
              <w:br/>
            </w:r>
            <w:r w:rsidRPr="006A233E">
              <w:rPr>
                <w:sz w:val="18"/>
                <w:szCs w:val="18"/>
              </w:rPr>
              <w:t>(Firma digitale o firma autografa con allegato documento)</w:t>
            </w:r>
            <w:r w:rsidRPr="000C4CE0">
              <w:rPr>
                <w:sz w:val="20"/>
              </w:rPr>
              <w:br/>
            </w:r>
            <w:r w:rsidRPr="000C4CE0">
              <w:rPr>
                <w:sz w:val="20"/>
              </w:rPr>
              <w:br/>
              <w:t>_________________________________________</w:t>
            </w:r>
          </w:p>
        </w:tc>
      </w:tr>
    </w:tbl>
    <w:p w14:paraId="591A8024" w14:textId="77777777" w:rsidR="006B04C0" w:rsidRDefault="006B04C0">
      <w:pPr>
        <w:rPr>
          <w:i/>
          <w:color w:val="505A64"/>
          <w:sz w:val="18"/>
        </w:rPr>
      </w:pPr>
    </w:p>
    <w:p w14:paraId="1DB03C74" w14:textId="68B2BEB1" w:rsidR="00E23232" w:rsidRDefault="006A233E" w:rsidP="00CA346B">
      <w:pPr>
        <w:jc w:val="both"/>
      </w:pPr>
      <w:r w:rsidRPr="000C4CE0">
        <w:rPr>
          <w:i/>
          <w:color w:val="505A64"/>
          <w:sz w:val="18"/>
        </w:rPr>
        <w:t xml:space="preserve">N.B.: Il presente modulo, debitamente compilato e sottoscritto, deve essere inviato unitamente a copia fotostatica di un documento d'identità in corso di validità del sottoscrittore (qualora non sottoscritto con firma digitale) all'indirizzo PEC: sospirolo.bl@cert.ip-veneto.net </w:t>
      </w:r>
      <w:r w:rsidRPr="006B04C0">
        <w:rPr>
          <w:b/>
          <w:bCs/>
          <w:i/>
          <w:color w:val="505A64"/>
          <w:sz w:val="18"/>
          <w:u w:val="single"/>
        </w:rPr>
        <w:t>entro le ore 12:00 del giorno 19 ottobre 2026</w:t>
      </w:r>
      <w:r w:rsidRPr="000C4CE0">
        <w:rPr>
          <w:i/>
          <w:color w:val="505A64"/>
          <w:sz w:val="18"/>
        </w:rPr>
        <w:t>.</w:t>
      </w:r>
    </w:p>
    <w:sectPr w:rsidR="00000000"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731735569">
    <w:abstractNumId w:val="8"/>
  </w:num>
  <w:num w:numId="2" w16cid:durableId="923731187">
    <w:abstractNumId w:val="6"/>
  </w:num>
  <w:num w:numId="3" w16cid:durableId="714230821">
    <w:abstractNumId w:val="5"/>
  </w:num>
  <w:num w:numId="4" w16cid:durableId="550043887">
    <w:abstractNumId w:val="4"/>
  </w:num>
  <w:num w:numId="5" w16cid:durableId="1338967889">
    <w:abstractNumId w:val="7"/>
  </w:num>
  <w:num w:numId="6" w16cid:durableId="466240498">
    <w:abstractNumId w:val="3"/>
  </w:num>
  <w:num w:numId="7" w16cid:durableId="2096827184">
    <w:abstractNumId w:val="2"/>
  </w:num>
  <w:num w:numId="8" w16cid:durableId="1857882421">
    <w:abstractNumId w:val="1"/>
  </w:num>
  <w:num w:numId="9" w16cid:durableId="1330400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B6C"/>
    <w:rsid w:val="000C4CE0"/>
    <w:rsid w:val="00142F07"/>
    <w:rsid w:val="0015074B"/>
    <w:rsid w:val="00185C52"/>
    <w:rsid w:val="001F3FBE"/>
    <w:rsid w:val="0029639D"/>
    <w:rsid w:val="00326F90"/>
    <w:rsid w:val="00335378"/>
    <w:rsid w:val="004373EA"/>
    <w:rsid w:val="005224BA"/>
    <w:rsid w:val="00646A74"/>
    <w:rsid w:val="006A233E"/>
    <w:rsid w:val="006B04C0"/>
    <w:rsid w:val="006C7CD9"/>
    <w:rsid w:val="007B19B1"/>
    <w:rsid w:val="007B434F"/>
    <w:rsid w:val="00917AF3"/>
    <w:rsid w:val="009878C1"/>
    <w:rsid w:val="009F1EBC"/>
    <w:rsid w:val="00A17AC3"/>
    <w:rsid w:val="00AA1D8D"/>
    <w:rsid w:val="00B47730"/>
    <w:rsid w:val="00C16BB9"/>
    <w:rsid w:val="00C94B39"/>
    <w:rsid w:val="00CA346B"/>
    <w:rsid w:val="00CB0664"/>
    <w:rsid w:val="00CF00EA"/>
    <w:rsid w:val="00D14E28"/>
    <w:rsid w:val="00D42327"/>
    <w:rsid w:val="00DE5A16"/>
    <w:rsid w:val="00E034FE"/>
    <w:rsid w:val="00E10451"/>
    <w:rsid w:val="00E23232"/>
    <w:rsid w:val="00F97A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FAB5C0"/>
  <w14:defaultImageDpi w14:val="300"/>
  <w15:docId w15:val="{01567605-03D4-41AD-B0B0-D1037E9AA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Calibri" w:hAnsi="Calibri"/>
      <w:color w:val="282828"/>
      <w:lang w:val="it-IT"/>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Mezzavilla</cp:lastModifiedBy>
  <cp:revision>29</cp:revision>
  <dcterms:created xsi:type="dcterms:W3CDTF">2013-12-23T23:15:00Z</dcterms:created>
  <dcterms:modified xsi:type="dcterms:W3CDTF">2026-10-07T10:06:00Z</dcterms:modified>
  <cp:category/>
</cp:coreProperties>
</file>